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1F2937"/>
          <w:sz w:val="32"/>
        </w:rPr>
        <w:t>PAY STATEMENT — BASIC TEMPLATE</w:t>
      </w:r>
    </w:p>
    <w:tbl>
      <w:tblPr>
        <w:tblStyle w:val="LightGrid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rPr>
                <w:b/>
              </w:rPr>
              <w:t>Employer</w:t>
            </w:r>
          </w:p>
        </w:tc>
        <w:tc>
          <w:tcPr>
            <w:tcW w:type="dxa" w:w="2160"/>
          </w:tcPr>
          <w:p>
            <w:r>
              <w:t>[Your Company, Inc.]</w:t>
            </w:r>
          </w:p>
        </w:tc>
        <w:tc>
          <w:tcPr>
            <w:tcW w:type="dxa" w:w="2160"/>
          </w:tcPr>
          <w:p>
            <w:r>
              <w:rPr>
                <w:b/>
              </w:rPr>
              <w:t>Pay Period</w:t>
            </w:r>
          </w:p>
        </w:tc>
        <w:tc>
          <w:tcPr>
            <w:tcW w:type="dxa" w:w="2160"/>
          </w:tcPr>
          <w:p>
            <w:r>
              <w:t>[MM/DD/YYYY – MM/DD/YYYY]</w:t>
            </w:r>
          </w:p>
        </w:tc>
      </w:tr>
      <w:tr>
        <w:tc>
          <w:tcPr>
            <w:tcW w:type="dxa" w:w="2160"/>
          </w:tcPr>
          <w:p>
            <w:r>
              <w:rPr>
                <w:b/>
              </w:rPr>
              <w:t>Employee</w:t>
            </w:r>
          </w:p>
        </w:tc>
        <w:tc>
          <w:tcPr>
            <w:tcW w:type="dxa" w:w="2160"/>
          </w:tcPr>
          <w:p>
            <w:r>
              <w:t>[Employee Name]</w:t>
            </w:r>
          </w:p>
        </w:tc>
        <w:tc>
          <w:tcPr>
            <w:tcW w:type="dxa" w:w="2160"/>
          </w:tcPr>
          <w:p>
            <w:r>
              <w:rPr>
                <w:b/>
              </w:rPr>
              <w:t>Pay Date</w:t>
            </w:r>
          </w:p>
        </w:tc>
        <w:tc>
          <w:tcPr>
            <w:tcW w:type="dxa" w:w="2160"/>
          </w:tcPr>
          <w:p>
            <w:r>
              <w:t>[MM/DD/YYYY]</w:t>
            </w:r>
          </w:p>
        </w:tc>
      </w:tr>
      <w:tr>
        <w:tc>
          <w:tcPr>
            <w:tcW w:type="dxa" w:w="2160"/>
          </w:tcPr>
          <w:p>
            <w:r>
              <w:rPr>
                <w:b/>
              </w:rPr>
              <w:t>Employee ID</w:t>
            </w:r>
          </w:p>
        </w:tc>
        <w:tc>
          <w:tcPr>
            <w:tcW w:type="dxa" w:w="2160"/>
          </w:tcPr>
          <w:p>
            <w:r>
              <w:t>[000123]</w:t>
            </w:r>
          </w:p>
        </w:tc>
        <w:tc>
          <w:tcPr>
            <w:tcW w:type="dxa" w:w="2160"/>
          </w:tcPr>
          <w:p>
            <w:r>
              <w:rPr>
                <w:b/>
              </w:rPr>
              <w:t>Check No.</w:t>
            </w:r>
          </w:p>
        </w:tc>
        <w:tc>
          <w:tcPr>
            <w:tcW w:type="dxa" w:w="2160"/>
          </w:tcPr>
          <w:p>
            <w:r>
              <w:t>[00001]</w:t>
            </w:r>
          </w:p>
        </w:tc>
      </w:tr>
    </w:tbl>
    <w:p/>
    <w:p>
      <w:r>
        <w:rPr>
          <w:b/>
          <w:color w:val="1F2937"/>
        </w:rPr>
        <w:t>Earnings</w:t>
      </w:r>
    </w:p>
    <w:tbl>
      <w:tblPr>
        <w:tblStyle w:val="LightGrid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rPr>
                <w:b/>
              </w:rPr>
              <w:t>Description</w:t>
            </w:r>
          </w:p>
        </w:tc>
        <w:tc>
          <w:tcPr>
            <w:tcW w:type="dxa" w:w="2160"/>
          </w:tcPr>
          <w:p>
            <w:r>
              <w:rPr>
                <w:b/>
              </w:rPr>
              <w:t>Hours</w:t>
            </w:r>
          </w:p>
        </w:tc>
        <w:tc>
          <w:tcPr>
            <w:tcW w:type="dxa" w:w="2160"/>
          </w:tcPr>
          <w:p>
            <w:r>
              <w:rPr>
                <w:b/>
              </w:rPr>
              <w:t>Rate</w:t>
            </w:r>
          </w:p>
        </w:tc>
        <w:tc>
          <w:tcPr>
            <w:tcW w:type="dxa" w:w="2160"/>
          </w:tcPr>
          <w:p>
            <w:r>
              <w:rPr>
                <w:b/>
              </w:rPr>
              <w:t>Amount</w:t>
            </w:r>
          </w:p>
        </w:tc>
      </w:tr>
      <w:tr>
        <w:tc>
          <w:tcPr>
            <w:tcW w:type="dxa" w:w="2160"/>
          </w:tcPr>
          <w:p>
            <w:r>
              <w:t>Regular Pay</w:t>
            </w:r>
          </w:p>
        </w:tc>
        <w:tc>
          <w:tcPr>
            <w:tcW w:type="dxa" w:w="2160"/>
          </w:tcPr>
          <w:p>
            <w:r>
              <w:t>80</w:t>
            </w:r>
          </w:p>
        </w:tc>
        <w:tc>
          <w:tcPr>
            <w:tcW w:type="dxa" w:w="2160"/>
          </w:tcPr>
          <w:p>
            <w:r>
              <w:t>$25.00</w:t>
            </w:r>
          </w:p>
        </w:tc>
        <w:tc>
          <w:tcPr>
            <w:tcW w:type="dxa" w:w="2160"/>
          </w:tcPr>
          <w:p>
            <w:r>
              <w:t>$2,000.00</w:t>
            </w:r>
          </w:p>
        </w:tc>
      </w:tr>
      <w:tr>
        <w:tc>
          <w:tcPr>
            <w:tcW w:type="dxa" w:w="2160"/>
          </w:tcPr>
          <w:p>
            <w:r>
              <w:t>Overtime</w:t>
            </w:r>
          </w:p>
        </w:tc>
        <w:tc>
          <w:tcPr>
            <w:tcW w:type="dxa" w:w="2160"/>
          </w:tcPr>
          <w:p>
            <w:r>
              <w:t>5</w:t>
            </w:r>
          </w:p>
        </w:tc>
        <w:tc>
          <w:tcPr>
            <w:tcW w:type="dxa" w:w="2160"/>
          </w:tcPr>
          <w:p>
            <w:r>
              <w:t>$37.50</w:t>
            </w:r>
          </w:p>
        </w:tc>
        <w:tc>
          <w:tcPr>
            <w:tcW w:type="dxa" w:w="2160"/>
          </w:tcPr>
          <w:p>
            <w:r>
              <w:t>$187.50</w:t>
            </w:r>
          </w:p>
        </w:tc>
      </w:tr>
      <w:tr>
        <w:tc>
          <w:tcPr>
            <w:tcW w:type="dxa" w:w="2160"/>
          </w:tcPr>
          <w:p>
            <w:r>
              <w:rPr>
                <w:b/>
              </w:rPr>
              <w:t>Gross Pay</w:t>
            </w:r>
          </w:p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>
            <w:r>
              <w:rPr>
                <w:b/>
              </w:rPr>
              <w:t>$2,187.50</w:t>
            </w:r>
          </w:p>
        </w:tc>
      </w:tr>
    </w:tbl>
    <w:p/>
    <w:p>
      <w:r>
        <w:rPr>
          <w:b/>
          <w:color w:val="1F2937"/>
        </w:rPr>
        <w:t>Deductions</w:t>
      </w:r>
    </w:p>
    <w:tbl>
      <w:tblPr>
        <w:tblStyle w:val="Light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rPr>
                <w:b/>
              </w:rPr>
              <w:t>Description</w:t>
            </w:r>
          </w:p>
        </w:tc>
        <w:tc>
          <w:tcPr>
            <w:tcW w:type="dxa" w:w="4320"/>
          </w:tcPr>
          <w:p>
            <w:r>
              <w:rPr>
                <w:b/>
              </w:rPr>
              <w:t>Amount</w:t>
            </w:r>
          </w:p>
        </w:tc>
      </w:tr>
      <w:tr>
        <w:tc>
          <w:tcPr>
            <w:tcW w:type="dxa" w:w="4320"/>
          </w:tcPr>
          <w:p>
            <w:r>
              <w:t>Federal Income Tax</w:t>
            </w:r>
          </w:p>
        </w:tc>
        <w:tc>
          <w:tcPr>
            <w:tcW w:type="dxa" w:w="4320"/>
          </w:tcPr>
          <w:p>
            <w:r>
              <w:t>$218.75</w:t>
            </w:r>
          </w:p>
        </w:tc>
      </w:tr>
      <w:tr>
        <w:tc>
          <w:tcPr>
            <w:tcW w:type="dxa" w:w="4320"/>
          </w:tcPr>
          <w:p>
            <w:r>
              <w:t>Social Security</w:t>
            </w:r>
          </w:p>
        </w:tc>
        <w:tc>
          <w:tcPr>
            <w:tcW w:type="dxa" w:w="4320"/>
          </w:tcPr>
          <w:p>
            <w:r>
              <w:t>$135.47</w:t>
            </w:r>
          </w:p>
        </w:tc>
      </w:tr>
      <w:tr>
        <w:tc>
          <w:tcPr>
            <w:tcW w:type="dxa" w:w="4320"/>
          </w:tcPr>
          <w:p>
            <w:r>
              <w:t>Medicare</w:t>
            </w:r>
          </w:p>
        </w:tc>
        <w:tc>
          <w:tcPr>
            <w:tcW w:type="dxa" w:w="4320"/>
          </w:tcPr>
          <w:p>
            <w:r>
              <w:t>$31.69</w:t>
            </w:r>
          </w:p>
        </w:tc>
      </w:tr>
      <w:tr>
        <w:tc>
          <w:tcPr>
            <w:tcW w:type="dxa" w:w="4320"/>
          </w:tcPr>
          <w:p>
            <w:r>
              <w:t>State Income Tax</w:t>
            </w:r>
          </w:p>
        </w:tc>
        <w:tc>
          <w:tcPr>
            <w:tcW w:type="dxa" w:w="4320"/>
          </w:tcPr>
          <w:p>
            <w:r>
              <w:t>$87.50</w:t>
            </w:r>
          </w:p>
        </w:tc>
      </w:tr>
      <w:tr>
        <w:tc>
          <w:tcPr>
            <w:tcW w:type="dxa" w:w="4320"/>
          </w:tcPr>
          <w:p>
            <w:r>
              <w:t>Health Insurance</w:t>
            </w:r>
          </w:p>
        </w:tc>
        <w:tc>
          <w:tcPr>
            <w:tcW w:type="dxa" w:w="4320"/>
          </w:tcPr>
          <w:p>
            <w:r>
              <w:t>$75.00</w:t>
            </w:r>
          </w:p>
        </w:tc>
      </w:tr>
      <w:tr>
        <w:tc>
          <w:tcPr>
            <w:tcW w:type="dxa" w:w="4320"/>
          </w:tcPr>
          <w:p>
            <w:r>
              <w:rPr>
                <w:b/>
              </w:rPr>
              <w:t>Total Deductions</w:t>
            </w:r>
          </w:p>
        </w:tc>
        <w:tc>
          <w:tcPr>
            <w:tcW w:type="dxa" w:w="4320"/>
          </w:tcPr>
          <w:p>
            <w:r>
              <w:rPr>
                <w:b/>
              </w:rPr>
              <w:t>$548.41</w:t>
            </w:r>
          </w:p>
        </w:tc>
      </w:tr>
    </w:tbl>
    <w:p/>
    <w:p>
      <w:pPr>
        <w:jc w:val="right"/>
      </w:pPr>
      <w:r>
        <w:rPr>
          <w:b/>
          <w:color w:val="1F2937"/>
          <w:sz w:val="28"/>
        </w:rPr>
        <w:t>NET PAY:  $1,639.09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